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כרטיסי משחק תפקידים לראיון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משחק התפקידים בשלישיות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תשובה עם דוגמה לפי שיטת STAR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לתת משוב בונה לפי דף התצפית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שלושה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5 דקות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למלא דף תצפית ולתת משוב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סוגי כרטיסי ראיון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(מגמה/תיכון)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(תוכנית/מכינה/שנת שירות)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(עבודה ראשונה)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(מלגה)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מופיע בדף התצפית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המשוב כולל שני דברים טובים ודבר אחד לשיפור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מופיע ברשימת דף התצפית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תוצאה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מתחלקים לשלישיות ובוחרים כרטיס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המראיין שואל 3-5 שאלות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המועמד עונה עם דוגמה אחת לפחות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הצופה ממלא דף תצפית ונותן משוב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תרגול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מציג דוגמה אישית קצרה עם ארבעת השלבים של STAR, בשפה ברורה ומכבדת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מראיין, מועמד, צופה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מצב, משימה, פעולה, תוצאה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שני דברים טובים ודבר אחד לשיפור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להדפיס את כרטיסי הראיון ואת דף התצפית מראש ולחלק לכל שלישייה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להדגים סבב אחד מול הכיתה לפני החלוקה לקבוצות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לוודא שכל תלמיד מתנסה בכל אחד משלושת התפקידים לאורך השיעור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כרטיסי משחק תפקידים לראיון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מתרגלים ראיון באמצעות משחק תפקידים בשלישיות: מראיין, מועמד וצופה. כל שלישייה בוחרת כרטיס, מנהלת שיחה קצרה ומחליפה תפקידים.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תוצאה  ·  שיפור  ·  צופה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תלמידים משתתפים בכל קבוצת משחק תפקידים?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זמן מוקצב בערך לשאלות המראיין?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דקה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5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חצי שעה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תפקיד הצופה במשחק?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לענות על השאלות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לבחור כרטיס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למלא דף תצפית ולתת משוב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סוגי כרטיסי 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ראיון למגמת מדעים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מלגה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מכינה קדם-צבאית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עבודה ראשונה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עבודת קיץ בגלידרייה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מגמה/תיכון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ראיון למלגת לימודים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תוכנית/מכינה/שנת שירות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בדף התצפית אפשר לסמן שלוש רמות: היה, חלקית, לא ראיתי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המשוב בסוף כולל רק דברים לשיפור, בלי דברים טובים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קשר עין טבעי הוא אחד הדברים שבודקים בדף התצפית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בשיטת STAR מספרים על מצב, משימה, פעולה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בכל שלישייה יש מראיין, מועמד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הצופה נותן משוב של שני דברים טובים ודבר אחד ל__________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 של המשחק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המראיין שואל 3-5 שאלות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הצופה ממלא דף תצפית ונותן משוב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מתחלקים לשלישיות ובוחרים כרטיס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המועמד עונה עם דוגמה אחת לפחות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תרגול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דמיינו שקיבלתם כרטיס ראיון לעבודה ראשונה. כתבו תשובה קצרה לשאלה 'ספר/י על עצמך' לפי שיטת STAR (מצב, משימה, פעולה, תוצאה).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אילו שלושה תפקידים יש במשחק התפקידים?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כוללת שיטת STAR לתשובה טובה?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כרטיסי משחק תפקידים לראיון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