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משחק התפקידים בשלישיות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תשובה עם דוגמה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לתת משוב בונה לפי דף התצפית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למלא דף תצפית ולתת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3-5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מחליפים תפקידים ובוחרים כרטיס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כרטיסי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(מגמה/תיכון)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(תוכנית/מכינה/שנת שירות)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(עבודה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(ראיון קבוצתי)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בדף התצפית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המשוב כולל שני דברים טובים ודבר אחד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 ברשימת דף התצפית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קיימת אפשרות בחירה של כרטיס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שייך לקטגוריית עבודה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הפריט הראשון בדף התצפית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מתחלקים לשלישיות ובוחרים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המראיין שואל 3-5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המועמד עונה עם 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הצופה ממלא דף תצפית ונותן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מחליפים תפקידים ובוחרים כרטיס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דוגמה אישית קצרה עם ארבעת השלבים של STAR, בשפה ברורה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 קונקרטי ומנומס, מבוסס על פריטים מדף התצפית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מראיין, מועמד, 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דברים טובים ודבר אחד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הראיון ואת דף התצפית מראש ולחלק לכל שלישייה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סבב אחד מול הכיתה לפני החלוקה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מתנסה בכל אחד משלושת התפקידים לאורך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מתרגלים ראיון באמצעות משחק תפקידים בשלישיות: מראיין, מועמד וצופה. כל שלישייה בוחרת כרטיס, מנהלת שיחה קצרה ומחליפה תפקידים.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תלמידים משתתפים בכל קבוצת משחק 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מוקצב בערך לשאלות המראיין?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הצופה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לענות על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כרטיס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דף תצפית ולתת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בערך שואל המראיין בכל 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המועמד צריך לכלול בתשובה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אחת לפחות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שתיקה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אחרי שסבב אחד מסתיים?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מחליפים תפקידים ובוחרים כרטיס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הולכים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עם אותו כרטיס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סוגי כרטיסי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למגמת מדעים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תוכנית/מכינה/שנת שירות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מכינה קדם-צבאית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עבודת קיץ בגלידרייה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מגמה/תיכון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למלגת לימודים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ראיון קבוצתי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סדנאות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עבודה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התצפית אפשר לסמן שלוש רמות: היה, חלקית, לא ראיתי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בסוף כולל רק דברים לשיפור, בלי דברים טובים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טבעי הוא אחד הדברים שבודקים בדף התצפית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כרטיס גם באופן אקראי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עבודה בספרייה השכונתית שייך לקטגוריית מלגה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הראיון חשוב להציג את עצמך ולחייך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STAR מספרים על מצב, משימה, פעולה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שלישייה יש מראיין, מועמד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הצופה נותן משוב של שני דברים טובים ודבר אחד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להקשיב לשאלה 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כרטיס מדריך בקייטנה שייך לקטגוריית עבודה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המועמד עונה עם דוגמה אחת לפחות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תפקידים ובוחרים כרטיס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הצופה ממלא דף תצפית ונותן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המראיין שואל 3-5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מתחלקים לשלישיות ובוחרים 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שקיבלתם כרטיס ראיון לעבודה ראשונה. כתבו תשובה קצרה לשאלה 'ספר/י על עצמך' לפי שיטת STAR (מצב, משימה, פעולה, תוצאה).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משוב בונה לחבר שמילא תפקיד מועמד: שני דברים טובים ודבר אחד לשיפור.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תפקידים יש במשחק התפקידים?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שיטת STAR לתשובה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במשוב בסוף הסבב?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משחק תפקידים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